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5F2C4" w14:textId="77777777" w:rsidR="00E879D8" w:rsidRDefault="00000000">
      <w:pPr>
        <w:jc w:val="center"/>
      </w:pPr>
      <w:r>
        <w:rPr>
          <w:b/>
          <w:sz w:val="24"/>
        </w:rPr>
        <w:t>PLAVKÁRIUM.CZ</w:t>
      </w:r>
    </w:p>
    <w:p w14:paraId="07FF0F6A" w14:textId="77777777" w:rsidR="00E879D8" w:rsidRDefault="00000000">
      <w:r>
        <w:t>IČO: 88800644</w:t>
      </w:r>
    </w:p>
    <w:p w14:paraId="5EFF108D" w14:textId="77777777" w:rsidR="00E879D8" w:rsidRDefault="00000000">
      <w:r>
        <w:t>E-mail: info@plavkarium.cz</w:t>
      </w:r>
    </w:p>
    <w:p w14:paraId="7A2AD027" w14:textId="409E3433" w:rsidR="00E879D8" w:rsidRDefault="00000000">
      <w:r>
        <w:t xml:space="preserve">Web: </w:t>
      </w:r>
      <w:hyperlink r:id="rId6" w:history="1">
        <w:r w:rsidR="00035044" w:rsidRPr="0092668E">
          <w:rPr>
            <w:rStyle w:val="Hypertextovodkaz"/>
          </w:rPr>
          <w:t>www.plavkarium.cz</w:t>
        </w:r>
      </w:hyperlink>
    </w:p>
    <w:p w14:paraId="54732D06" w14:textId="77777777" w:rsidR="00035044" w:rsidRDefault="00035044"/>
    <w:p w14:paraId="57806DB0" w14:textId="77777777" w:rsidR="00E879D8" w:rsidRPr="00035044" w:rsidRDefault="00000000">
      <w:pPr>
        <w:jc w:val="center"/>
        <w:rPr>
          <w:sz w:val="28"/>
          <w:szCs w:val="28"/>
        </w:rPr>
      </w:pPr>
      <w:r w:rsidRPr="00035044">
        <w:rPr>
          <w:b/>
          <w:sz w:val="32"/>
          <w:szCs w:val="28"/>
        </w:rPr>
        <w:t>Formulář pro odstoupení od kupní smlouvy do 14 dnů (vrácení zboží)</w:t>
      </w:r>
    </w:p>
    <w:p w14:paraId="74FCED26" w14:textId="77777777" w:rsidR="00E879D8" w:rsidRDefault="00000000">
      <w:r>
        <w:rPr>
          <w:b/>
        </w:rPr>
        <w:br/>
        <w:t>1. Údaje o zákazníkovi:</w:t>
      </w:r>
    </w:p>
    <w:p w14:paraId="2622C072" w14:textId="77777777" w:rsidR="00E879D8" w:rsidRDefault="00000000">
      <w:r>
        <w:t>Jméno a příjmení: ..............................................................</w:t>
      </w:r>
    </w:p>
    <w:p w14:paraId="1E3D8FC9" w14:textId="77777777" w:rsidR="00E879D8" w:rsidRDefault="00000000">
      <w:r>
        <w:t>Adresa: .................................................................................</w:t>
      </w:r>
    </w:p>
    <w:p w14:paraId="3AC1D89A" w14:textId="77777777" w:rsidR="00E879D8" w:rsidRDefault="00000000">
      <w:r>
        <w:t>Telefon: .................................. E-mail: .................................</w:t>
      </w:r>
    </w:p>
    <w:p w14:paraId="399F69D5" w14:textId="77777777" w:rsidR="00E879D8" w:rsidRDefault="00000000">
      <w:r>
        <w:rPr>
          <w:b/>
        </w:rPr>
        <w:br/>
        <w:t>2. Údaje o objednávce:</w:t>
      </w:r>
    </w:p>
    <w:p w14:paraId="33ABDAB5" w14:textId="77777777" w:rsidR="00E879D8" w:rsidRDefault="00000000">
      <w:r>
        <w:t>Číslo objednávky: ..............................................................</w:t>
      </w:r>
    </w:p>
    <w:p w14:paraId="62F232C9" w14:textId="77777777" w:rsidR="00E879D8" w:rsidRDefault="00000000">
      <w:r>
        <w:t>Datum objednání: ............ Datum doručení: ............</w:t>
      </w:r>
    </w:p>
    <w:p w14:paraId="00932B7B" w14:textId="77777777" w:rsidR="00E879D8" w:rsidRDefault="00000000">
      <w:r>
        <w:t>Způsob platby: □ Převod □ Dobírka □ Online platba □ Jiný: ..............</w:t>
      </w:r>
    </w:p>
    <w:p w14:paraId="28F7B4B9" w14:textId="77777777" w:rsidR="00E879D8" w:rsidRDefault="00000000">
      <w:r>
        <w:rPr>
          <w:b/>
        </w:rPr>
        <w:br/>
        <w:t>3. Vracené zboží: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E879D8" w14:paraId="6AE5E6D9" w14:textId="77777777">
        <w:tc>
          <w:tcPr>
            <w:tcW w:w="1728" w:type="dxa"/>
          </w:tcPr>
          <w:p w14:paraId="41DCE909" w14:textId="77777777" w:rsidR="00E879D8" w:rsidRDefault="00000000">
            <w:r>
              <w:t>Název zboží</w:t>
            </w:r>
          </w:p>
        </w:tc>
        <w:tc>
          <w:tcPr>
            <w:tcW w:w="1728" w:type="dxa"/>
          </w:tcPr>
          <w:p w14:paraId="52E4DCB7" w14:textId="77777777" w:rsidR="00E879D8" w:rsidRDefault="00000000">
            <w:r>
              <w:t>Velikost / varianta</w:t>
            </w:r>
          </w:p>
        </w:tc>
        <w:tc>
          <w:tcPr>
            <w:tcW w:w="1728" w:type="dxa"/>
          </w:tcPr>
          <w:p w14:paraId="30F443EE" w14:textId="77777777" w:rsidR="00E879D8" w:rsidRDefault="00000000">
            <w:r>
              <w:t>Množství</w:t>
            </w:r>
          </w:p>
        </w:tc>
        <w:tc>
          <w:tcPr>
            <w:tcW w:w="1728" w:type="dxa"/>
          </w:tcPr>
          <w:p w14:paraId="25DEC712" w14:textId="77777777" w:rsidR="00E879D8" w:rsidRDefault="00000000">
            <w:r>
              <w:t>Cena za kus</w:t>
            </w:r>
          </w:p>
        </w:tc>
        <w:tc>
          <w:tcPr>
            <w:tcW w:w="1728" w:type="dxa"/>
          </w:tcPr>
          <w:p w14:paraId="6E87CD8F" w14:textId="77777777" w:rsidR="00E879D8" w:rsidRDefault="00000000">
            <w:r>
              <w:t>Důvod vrácení (nepovinné)</w:t>
            </w:r>
          </w:p>
        </w:tc>
      </w:tr>
      <w:tr w:rsidR="00E879D8" w14:paraId="78212CC9" w14:textId="77777777">
        <w:tc>
          <w:tcPr>
            <w:tcW w:w="1728" w:type="dxa"/>
          </w:tcPr>
          <w:p w14:paraId="10D6156F" w14:textId="77777777" w:rsidR="00E879D8" w:rsidRDefault="00E879D8"/>
        </w:tc>
        <w:tc>
          <w:tcPr>
            <w:tcW w:w="1728" w:type="dxa"/>
          </w:tcPr>
          <w:p w14:paraId="00010DE2" w14:textId="77777777" w:rsidR="00E879D8" w:rsidRDefault="00E879D8"/>
        </w:tc>
        <w:tc>
          <w:tcPr>
            <w:tcW w:w="1728" w:type="dxa"/>
          </w:tcPr>
          <w:p w14:paraId="437E4050" w14:textId="77777777" w:rsidR="00E879D8" w:rsidRDefault="00E879D8"/>
        </w:tc>
        <w:tc>
          <w:tcPr>
            <w:tcW w:w="1728" w:type="dxa"/>
          </w:tcPr>
          <w:p w14:paraId="5D761328" w14:textId="77777777" w:rsidR="00E879D8" w:rsidRDefault="00E879D8"/>
        </w:tc>
        <w:tc>
          <w:tcPr>
            <w:tcW w:w="1728" w:type="dxa"/>
          </w:tcPr>
          <w:p w14:paraId="15C9C1EC" w14:textId="77777777" w:rsidR="00E879D8" w:rsidRDefault="00E879D8"/>
        </w:tc>
      </w:tr>
      <w:tr w:rsidR="00E879D8" w14:paraId="4CCF085C" w14:textId="77777777">
        <w:tc>
          <w:tcPr>
            <w:tcW w:w="1728" w:type="dxa"/>
          </w:tcPr>
          <w:p w14:paraId="2BC001BF" w14:textId="77777777" w:rsidR="00E879D8" w:rsidRDefault="00E879D8"/>
        </w:tc>
        <w:tc>
          <w:tcPr>
            <w:tcW w:w="1728" w:type="dxa"/>
          </w:tcPr>
          <w:p w14:paraId="000FD76E" w14:textId="77777777" w:rsidR="00E879D8" w:rsidRDefault="00E879D8"/>
        </w:tc>
        <w:tc>
          <w:tcPr>
            <w:tcW w:w="1728" w:type="dxa"/>
          </w:tcPr>
          <w:p w14:paraId="7AC83EAB" w14:textId="77777777" w:rsidR="00E879D8" w:rsidRDefault="00E879D8"/>
        </w:tc>
        <w:tc>
          <w:tcPr>
            <w:tcW w:w="1728" w:type="dxa"/>
          </w:tcPr>
          <w:p w14:paraId="6F1930AA" w14:textId="77777777" w:rsidR="00E879D8" w:rsidRDefault="00E879D8"/>
        </w:tc>
        <w:tc>
          <w:tcPr>
            <w:tcW w:w="1728" w:type="dxa"/>
          </w:tcPr>
          <w:p w14:paraId="346CCBB1" w14:textId="77777777" w:rsidR="00E879D8" w:rsidRDefault="00E879D8"/>
        </w:tc>
      </w:tr>
    </w:tbl>
    <w:p w14:paraId="3D80A111" w14:textId="77777777" w:rsidR="00E879D8" w:rsidRDefault="00000000">
      <w:r>
        <w:rPr>
          <w:b/>
        </w:rPr>
        <w:br/>
        <w:t>4. Způsob vrácení peněz:</w:t>
      </w:r>
    </w:p>
    <w:p w14:paraId="0AAFD562" w14:textId="77777777" w:rsidR="00E879D8" w:rsidRDefault="00000000">
      <w:r>
        <w:t>□ Bankovní převod na účet:</w:t>
      </w:r>
    </w:p>
    <w:p w14:paraId="1699B9AA" w14:textId="77777777" w:rsidR="00E879D8" w:rsidRDefault="00000000">
      <w:r>
        <w:t>Číslo účtu: ..................................................</w:t>
      </w:r>
    </w:p>
    <w:p w14:paraId="227476EA" w14:textId="77777777" w:rsidR="00E879D8" w:rsidRDefault="00000000">
      <w:r>
        <w:t>Bankovní kód (nebo IBAN): ...................................</w:t>
      </w:r>
    </w:p>
    <w:p w14:paraId="6902C5C6" w14:textId="77777777" w:rsidR="00E879D8" w:rsidRDefault="00000000">
      <w:r>
        <w:rPr>
          <w:b/>
        </w:rPr>
        <w:lastRenderedPageBreak/>
        <w:br/>
        <w:t>5. Podpis zákazníka:</w:t>
      </w:r>
    </w:p>
    <w:p w14:paraId="2A6A23CF" w14:textId="77777777" w:rsidR="00E879D8" w:rsidRDefault="00000000">
      <w:r>
        <w:t>……………………………………….</w:t>
      </w:r>
    </w:p>
    <w:p w14:paraId="44EC7EBC" w14:textId="77777777" w:rsidR="00E879D8" w:rsidRDefault="00000000">
      <w:r>
        <w:t>Datum: …………………….</w:t>
      </w:r>
    </w:p>
    <w:p w14:paraId="7238CD93" w14:textId="77777777" w:rsidR="00035044" w:rsidRDefault="00035044">
      <w:pPr>
        <w:rPr>
          <w:b/>
        </w:rPr>
      </w:pPr>
    </w:p>
    <w:p w14:paraId="3FC6D786" w14:textId="711FF64D" w:rsidR="00E879D8" w:rsidRDefault="00000000">
      <w:r>
        <w:rPr>
          <w:b/>
        </w:rPr>
        <w:br/>
        <w:t>Instrukce k vrácení zboží:</w:t>
      </w:r>
    </w:p>
    <w:p w14:paraId="4A4718BB" w14:textId="77777777" w:rsidR="00E879D8" w:rsidRDefault="00000000">
      <w:r>
        <w:t>- Zboží zašlete nepoškozené, nejlépe v původním obalu.</w:t>
      </w:r>
    </w:p>
    <w:p w14:paraId="248C8ABD" w14:textId="77777777" w:rsidR="00E879D8" w:rsidRDefault="00000000">
      <w:r>
        <w:t>- Přiložte tento vyplněný formulář.</w:t>
      </w:r>
    </w:p>
    <w:p w14:paraId="3EB32F1B" w14:textId="77777777" w:rsidR="00E879D8" w:rsidRDefault="00000000">
      <w:r>
        <w:t>- Náklady na dopravu nese zákazník.</w:t>
      </w:r>
    </w:p>
    <w:p w14:paraId="7B22EC5B" w14:textId="77777777" w:rsidR="00E879D8" w:rsidRDefault="00000000">
      <w:r>
        <w:t>- Vrácení probíhá dle obchodních podmínek Plavkárium.cz.</w:t>
      </w:r>
    </w:p>
    <w:sectPr w:rsidR="00E879D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0039785">
    <w:abstractNumId w:val="8"/>
  </w:num>
  <w:num w:numId="2" w16cid:durableId="1728648304">
    <w:abstractNumId w:val="6"/>
  </w:num>
  <w:num w:numId="3" w16cid:durableId="780612598">
    <w:abstractNumId w:val="5"/>
  </w:num>
  <w:num w:numId="4" w16cid:durableId="1630547128">
    <w:abstractNumId w:val="4"/>
  </w:num>
  <w:num w:numId="5" w16cid:durableId="1497771263">
    <w:abstractNumId w:val="7"/>
  </w:num>
  <w:num w:numId="6" w16cid:durableId="632562578">
    <w:abstractNumId w:val="3"/>
  </w:num>
  <w:num w:numId="7" w16cid:durableId="882668271">
    <w:abstractNumId w:val="2"/>
  </w:num>
  <w:num w:numId="8" w16cid:durableId="414519538">
    <w:abstractNumId w:val="1"/>
  </w:num>
  <w:num w:numId="9" w16cid:durableId="802699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044"/>
    <w:rsid w:val="0006063C"/>
    <w:rsid w:val="0015074B"/>
    <w:rsid w:val="0029639D"/>
    <w:rsid w:val="00326F90"/>
    <w:rsid w:val="00597126"/>
    <w:rsid w:val="00AA1D8D"/>
    <w:rsid w:val="00B47730"/>
    <w:rsid w:val="00CB0664"/>
    <w:rsid w:val="00E879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122555"/>
  <w14:defaultImageDpi w14:val="300"/>
  <w15:docId w15:val="{A4A3D175-6470-4B19-9578-98CF4FCB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03504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35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lavkariu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Ekhard Tomáš</cp:lastModifiedBy>
  <cp:revision>2</cp:revision>
  <dcterms:created xsi:type="dcterms:W3CDTF">2013-12-23T23:15:00Z</dcterms:created>
  <dcterms:modified xsi:type="dcterms:W3CDTF">2025-06-17T09:20:00Z</dcterms:modified>
  <cp:category/>
</cp:coreProperties>
</file>